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3969"/>
            <w:shd w:val="clear" w:fill="0b1a42"/>
            <w:tcMar>
              <w:top w:w="200" w:type="dxa"/>
              <w:bottom w:w="200" w:type="dxa"/>
              <w:start w:w="220" w:type="dxa"/>
              <w:end w:w="220" w:type="dxa"/>
            </w:tcMar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12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2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CONTACT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04 78 00 00 00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elodie@studio-serenite.fr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Lyon (69006)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studio-serenite.fr</w:t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COMPÉTENCES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Sophrologie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Gestion du stress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Meditation pleine conscience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Relaxation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Preparation mentale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Accompagnement du sommeil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Techniques de respiration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7"/>
              </w:rPr>
              <w:t>• Animation d ateliers</w:t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LANGUES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Francais</w:t>
            </w:r>
            <w:r>
              <w:rPr>
                <w:rFonts w:ascii="Calibri" w:hAnsi="Calibri"/>
                <w:b w:val="0"/>
                <w:color w:val="C7D2FE"/>
                <w:sz w:val="16"/>
              </w:rPr>
              <w:t xml:space="preserve">  Langue maternelle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Anglais</w:t>
            </w:r>
            <w:r>
              <w:rPr>
                <w:rFonts w:ascii="Calibri" w:hAnsi="Calibri"/>
                <w:b w:val="0"/>
                <w:color w:val="C7D2FE"/>
                <w:sz w:val="16"/>
              </w:rPr>
              <w:t xml:space="preserve">  Courant</w:t>
            </w:r>
          </w:p>
          <w:p>
            <w:pPr>
              <w:spacing w:after="60" w:before="200" w:line="252" w:lineRule="auto"/>
            </w:pPr>
            <w:r>
              <w:rPr>
                <w:rFonts w:ascii="Calibri" w:hAnsi="Calibri"/>
                <w:b/>
                <w:color w:val="FFFFFF"/>
                <w:sz w:val="19"/>
              </w:rPr>
              <w:t>CERTIFICATIONS</w:t>
            </w:r>
          </w:p>
          <w:p>
            <w:pPr>
              <w:spacing w:after="60" w:before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Sophrologue certifiee RNCP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5"/>
              </w:rPr>
              <w:t>Chambre Syndicale de la Sophrologie · 2018</w:t>
            </w:r>
          </w:p>
          <w:p>
            <w:pPr>
              <w:spacing w:after="60" w:before="0" w:line="252" w:lineRule="auto"/>
            </w:pPr>
            <w:r>
              <w:rPr>
                <w:rFonts w:ascii="Calibri" w:hAnsi="Calibri"/>
                <w:b/>
                <w:color w:val="FFFFFF"/>
                <w:sz w:val="17"/>
              </w:rPr>
              <w:t>Programme MBSR (Mindfulness)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 w:val="0"/>
                <w:color w:val="C7D2FE"/>
                <w:sz w:val="15"/>
              </w:rPr>
              <w:t>Institut Pleine Conscience · 2016</w:t>
            </w:r>
          </w:p>
        </w:tc>
        <w:tc>
          <w:tcPr>
            <w:tcW w:type="dxa" w:w="7937"/>
            <w:tcMar>
              <w:top w:w="260" w:type="dxa"/>
              <w:bottom w:w="200" w:type="dxa"/>
              <w:start w:w="300" w:type="dxa"/>
              <w:end w:w="300" w:type="dxa"/>
            </w:tcMar>
          </w:tcPr>
          <w:p>
            <w:r/>
            <w:r>
              <w:rPr>
                <w:rFonts w:ascii="Calibri" w:hAnsi="Calibri"/>
                <w:b/>
                <w:color w:val="1F2937"/>
                <w:sz w:val="44"/>
              </w:rPr>
              <w:t>Elodie Mercier</w:t>
            </w:r>
          </w:p>
          <w:p>
            <w:pPr>
              <w:spacing w:after="120" w:before="0" w:line="252" w:lineRule="auto"/>
            </w:pPr>
            <w:r>
              <w:rPr>
                <w:rFonts w:ascii="Calibri" w:hAnsi="Calibri"/>
                <w:b/>
                <w:color w:val="2F5FE0"/>
                <w:sz w:val="24"/>
              </w:rPr>
              <w:t>Sophrologue</w:t>
            </w:r>
          </w:p>
          <w:p>
            <w:pPr>
              <w:spacing w:after="16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9"/>
              </w:rPr>
              <w:t>Sophrologue certifiee et praticienne bien-etre, dix ans d experience dans l accompagnement du stress, du sommeil et de la preparation mentale. A l ecoute et bienveillante, je propose des seances individuelles et des ateliers en entreprise pour retrouver equilibre et serenite au quotidien.</w:t>
            </w:r>
          </w:p>
          <w:p>
            <w:pPr>
              <w:spacing w:after="80" w:before="200" w:line="252" w:lineRule="auto"/>
              <w:pBdr>
                <w:bottom w:val="single" w:sz="6" w:space="2" w:color="D0D7E6"/>
              </w:pBdr>
            </w:pPr>
            <w:r>
              <w:rPr>
                <w:rFonts w:ascii="Calibri" w:hAnsi="Calibri"/>
                <w:b/>
                <w:color w:val="1F2937"/>
                <w:sz w:val="22"/>
              </w:rPr>
              <w:t>EXPÉRIENCES PROFESSIONNELLES</w:t>
            </w:r>
          </w:p>
          <w:p>
            <w:pPr>
              <w:spacing w:after="20" w:before="80" w:line="252" w:lineRule="auto"/>
            </w:pPr>
            <w:r>
              <w:rPr>
                <w:rFonts w:ascii="Calibri" w:hAnsi="Calibri"/>
                <w:b/>
                <w:color w:val="1F2937"/>
                <w:sz w:val="21"/>
              </w:rPr>
              <w:t>Sophrologue independante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2018 - présent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2F5FE0"/>
                <w:sz w:val="19"/>
              </w:rPr>
              <w:t>Studio Serenite, Lyon</w:t>
            </w:r>
          </w:p>
          <w:p>
            <w:pPr>
              <w:spacing w:after="8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Accompagnement individuel et en groupe : gestion du stress, sommeil, confiance en soi, preparation mentale. Animation d ateliers en entreprise (QVT) et suivi de plus de 200 clients.</w:t>
            </w:r>
          </w:p>
          <w:p>
            <w:pPr>
              <w:spacing w:after="20" w:before="80" w:line="252" w:lineRule="auto"/>
            </w:pPr>
            <w:r>
              <w:rPr>
                <w:rFonts w:ascii="Calibri" w:hAnsi="Calibri"/>
                <w:b/>
                <w:color w:val="1F2937"/>
                <w:sz w:val="21"/>
              </w:rPr>
              <w:t>Praticienne bien-etre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2015 - 2018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2F5FE0"/>
                <w:sz w:val="19"/>
              </w:rPr>
              <w:t>Centre Zen, Lyon</w:t>
            </w:r>
          </w:p>
          <w:p>
            <w:pPr>
              <w:spacing w:after="8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Seances de relaxation et de meditation, conception de programmes de reduction du stress, animation d ateliers hebdomadaires.</w:t>
            </w:r>
          </w:p>
          <w:p>
            <w:pPr>
              <w:spacing w:after="20" w:before="80" w:line="252" w:lineRule="auto"/>
            </w:pPr>
            <w:r>
              <w:rPr>
                <w:rFonts w:ascii="Calibri" w:hAnsi="Calibri"/>
                <w:b/>
                <w:color w:val="1F2937"/>
                <w:sz w:val="21"/>
              </w:rPr>
              <w:t>Animatrice ateliers relaxation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2013 - 2015</w:t>
            </w:r>
          </w:p>
          <w:p>
            <w:pPr>
              <w:spacing w:after="40" w:before="0" w:line="252" w:lineRule="auto"/>
            </w:pPr>
            <w:r>
              <w:rPr>
                <w:rFonts w:ascii="Calibri" w:hAnsi="Calibri"/>
                <w:b/>
                <w:color w:val="2F5FE0"/>
                <w:sz w:val="19"/>
              </w:rPr>
              <w:t>Association Equilibre, Villeurbanne</w:t>
            </w:r>
          </w:p>
          <w:p>
            <w:pPr>
              <w:spacing w:after="80" w:before="0" w:line="252" w:lineRule="auto"/>
              <w:jc w:val="both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Ateliers de respiration et de relaxation aupres de publics varies, du senior au sportif.</w:t>
            </w:r>
          </w:p>
          <w:p>
            <w:pPr>
              <w:spacing w:after="80" w:before="200" w:line="252" w:lineRule="auto"/>
              <w:pBdr>
                <w:bottom w:val="single" w:sz="6" w:space="2" w:color="D0D7E6"/>
              </w:pBdr>
            </w:pPr>
            <w:r>
              <w:rPr>
                <w:rFonts w:ascii="Calibri" w:hAnsi="Calibri"/>
                <w:b/>
                <w:color w:val="1F2937"/>
                <w:sz w:val="22"/>
              </w:rPr>
              <w:t>FORMATION</w:t>
            </w:r>
          </w:p>
          <w:p>
            <w:pPr>
              <w:spacing w:after="20" w:before="60" w:line="252" w:lineRule="auto"/>
            </w:pPr>
            <w:r>
              <w:rPr>
                <w:rFonts w:ascii="Calibri" w:hAnsi="Calibri"/>
                <w:b/>
                <w:color w:val="1F2937"/>
                <w:sz w:val="20"/>
              </w:rPr>
              <w:t>Diplome de Sophrologie (RNCP)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2016 - 2018</w:t>
            </w:r>
          </w:p>
          <w:p>
            <w:pPr>
              <w:spacing w:after="60" w:before="0" w:line="252" w:lineRule="auto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Ecole de Sophrologie de Lyon</w:t>
            </w:r>
          </w:p>
          <w:p>
            <w:pPr>
              <w:spacing w:after="20" w:before="60" w:line="252" w:lineRule="auto"/>
            </w:pPr>
            <w:r>
              <w:rPr>
                <w:rFonts w:ascii="Calibri" w:hAnsi="Calibri"/>
                <w:b/>
                <w:color w:val="1F2937"/>
                <w:sz w:val="20"/>
              </w:rPr>
              <w:t>Licence de Psychologie</w:t>
            </w:r>
            <w:r>
              <w:rPr>
                <w:rFonts w:ascii="Calibri" w:hAnsi="Calibri"/>
                <w:b w:val="0"/>
                <w:color w:val="555B66"/>
                <w:sz w:val="17"/>
              </w:rPr>
              <w:t xml:space="preserve">   2010 - 2013</w:t>
            </w:r>
          </w:p>
          <w:p>
            <w:pPr>
              <w:spacing w:after="60" w:before="0" w:line="252" w:lineRule="auto"/>
            </w:pPr>
            <w:r>
              <w:rPr>
                <w:rFonts w:ascii="Calibri" w:hAnsi="Calibri"/>
                <w:b w:val="0"/>
                <w:color w:val="555B66"/>
                <w:sz w:val="18"/>
              </w:rPr>
              <w:t>Universite Lumiere Lyon 2</w:t>
            </w:r>
          </w:p>
        </w:tc>
      </w:tr>
    </w:tbl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